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50CF29" w14:textId="77777777" w:rsidR="00E107E5" w:rsidRDefault="00B30258">
      <w:pPr>
        <w:jc w:val="center"/>
      </w:pPr>
      <w:r>
        <w:rPr>
          <w:b/>
          <w:sz w:val="24"/>
        </w:rPr>
        <w:t>SIA “ĶEKAVAS NAMI”</w:t>
      </w:r>
    </w:p>
    <w:p w14:paraId="27281929" w14:textId="5F542988" w:rsidR="00E107E5" w:rsidRDefault="00B30258">
      <w:pPr>
        <w:jc w:val="center"/>
      </w:pPr>
      <w:r>
        <w:rPr>
          <w:b/>
          <w:sz w:val="28"/>
        </w:rPr>
        <w:t>DZĪVOKĻU ĪPAŠNIEKU KOPĪBAS</w:t>
      </w:r>
      <w:r w:rsidR="00F006B4">
        <w:rPr>
          <w:b/>
          <w:sz w:val="28"/>
        </w:rPr>
        <w:t xml:space="preserve"> (BIEDRĪBAS)</w:t>
      </w:r>
      <w:r>
        <w:rPr>
          <w:b/>
          <w:sz w:val="28"/>
        </w:rPr>
        <w:t xml:space="preserve"> IESNIEGUMS</w:t>
      </w:r>
      <w:r>
        <w:rPr>
          <w:b/>
          <w:sz w:val="28"/>
        </w:rPr>
        <w:br/>
        <w:t xml:space="preserve">par </w:t>
      </w:r>
      <w:proofErr w:type="spellStart"/>
      <w:r>
        <w:rPr>
          <w:b/>
          <w:sz w:val="28"/>
        </w:rPr>
        <w:t>apkures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pieslēgšanu</w:t>
      </w:r>
      <w:proofErr w:type="spellEnd"/>
    </w:p>
    <w:p w14:paraId="4859F563" w14:textId="37A49181" w:rsidR="00E107E5" w:rsidRDefault="00B30258">
      <w:pPr>
        <w:jc w:val="right"/>
      </w:pPr>
      <w:r>
        <w:t>2026. gada _____. _______________</w:t>
      </w:r>
    </w:p>
    <w:p w14:paraId="3E27B959" w14:textId="3EAC4F71" w:rsidR="00E107E5" w:rsidRDefault="00B30258" w:rsidP="00B30258">
      <w:pPr>
        <w:jc w:val="both"/>
      </w:pPr>
      <w:proofErr w:type="spellStart"/>
      <w:r>
        <w:t>Dzīvokļu</w:t>
      </w:r>
      <w:proofErr w:type="spellEnd"/>
      <w:r>
        <w:t xml:space="preserve"> </w:t>
      </w:r>
      <w:proofErr w:type="spellStart"/>
      <w:r>
        <w:t>īpašnieku</w:t>
      </w:r>
      <w:proofErr w:type="spellEnd"/>
      <w:r>
        <w:t xml:space="preserve"> </w:t>
      </w:r>
      <w:proofErr w:type="spellStart"/>
      <w:r>
        <w:t>kopība</w:t>
      </w:r>
      <w:proofErr w:type="spellEnd"/>
      <w:r>
        <w:t xml:space="preserve"> </w:t>
      </w:r>
      <w:proofErr w:type="spellStart"/>
      <w:r>
        <w:t>dzīvojamā</w:t>
      </w:r>
      <w:proofErr w:type="spellEnd"/>
      <w:r>
        <w:t xml:space="preserve"> </w:t>
      </w:r>
      <w:proofErr w:type="spellStart"/>
      <w:r>
        <w:t>mājā</w:t>
      </w:r>
      <w:proofErr w:type="spellEnd"/>
      <w:r>
        <w:t xml:space="preserve"> _____________________________________________</w:t>
      </w:r>
      <w:r>
        <w:t xml:space="preserve"> </w:t>
      </w:r>
      <w:proofErr w:type="spellStart"/>
      <w:r>
        <w:t>lūdz</w:t>
      </w:r>
      <w:proofErr w:type="spellEnd"/>
      <w:r>
        <w:t xml:space="preserve"> SIA “</w:t>
      </w:r>
      <w:proofErr w:type="spellStart"/>
      <w:r>
        <w:t>Ķekavas</w:t>
      </w:r>
      <w:proofErr w:type="spellEnd"/>
      <w:r>
        <w:t xml:space="preserve"> </w:t>
      </w:r>
      <w:proofErr w:type="spellStart"/>
      <w:r>
        <w:t>nami</w:t>
      </w:r>
      <w:proofErr w:type="spellEnd"/>
      <w:r>
        <w:t xml:space="preserve">” </w:t>
      </w:r>
      <w:proofErr w:type="spellStart"/>
      <w:r>
        <w:t>uzsākt</w:t>
      </w:r>
      <w:proofErr w:type="spellEnd"/>
      <w:r>
        <w:t xml:space="preserve"> </w:t>
      </w:r>
      <w:proofErr w:type="spellStart"/>
      <w:r>
        <w:t>dzīvojamās</w:t>
      </w:r>
      <w:proofErr w:type="spellEnd"/>
      <w:r>
        <w:t xml:space="preserve"> </w:t>
      </w:r>
      <w:proofErr w:type="spellStart"/>
      <w:r>
        <w:t>mājas</w:t>
      </w:r>
      <w:proofErr w:type="spellEnd"/>
      <w:r>
        <w:t xml:space="preserve"> </w:t>
      </w:r>
      <w:proofErr w:type="spellStart"/>
      <w:r>
        <w:t>apkures</w:t>
      </w:r>
      <w:proofErr w:type="spellEnd"/>
      <w:r>
        <w:t xml:space="preserve"> sistēmas darbību un pieslēgt apkuri, sākot ar 2026. gada _____. _______________.</w:t>
      </w:r>
    </w:p>
    <w:p w14:paraId="14FE51C5" w14:textId="77777777" w:rsidR="00E107E5" w:rsidRDefault="00B30258" w:rsidP="00B30258">
      <w:pPr>
        <w:jc w:val="both"/>
      </w:pPr>
      <w:r>
        <w:t xml:space="preserve">Dzīvokļu īpašnieku kopība ir informēta, ka apkures pieslēgšana ir saistīta ar siltumenerģijas patēriņu un attiecīgām izmaksām, kuras tiks aprēķinātas </w:t>
      </w:r>
      <w:r>
        <w:t>atbilstoši spēkā esošajai siltumenerģijas uzskaites un norēķinu kārtībai.</w:t>
      </w:r>
    </w:p>
    <w:p w14:paraId="7B939C26" w14:textId="77777777" w:rsidR="00E107E5" w:rsidRDefault="00B30258">
      <w:r>
        <w:t>Lēmums par apkures pieslēgšanu pieņemts dzīvokļu īpašnieku kopības balsojumā.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68"/>
        <w:gridCol w:w="4868"/>
      </w:tblGrid>
      <w:tr w:rsidR="00E107E5" w14:paraId="458576CB" w14:textId="77777777">
        <w:trPr>
          <w:jc w:val="center"/>
        </w:trPr>
        <w:tc>
          <w:tcPr>
            <w:tcW w:w="4873" w:type="dxa"/>
            <w:vAlign w:val="center"/>
          </w:tcPr>
          <w:p w14:paraId="68DA56BD" w14:textId="77777777" w:rsidR="00E107E5" w:rsidRDefault="00B30258">
            <w:r>
              <w:rPr>
                <w:b/>
              </w:rPr>
              <w:t>Balsošanas rezultāts</w:t>
            </w:r>
          </w:p>
        </w:tc>
        <w:tc>
          <w:tcPr>
            <w:tcW w:w="4873" w:type="dxa"/>
            <w:vAlign w:val="center"/>
          </w:tcPr>
          <w:p w14:paraId="1B3E7118" w14:textId="77777777" w:rsidR="00E107E5" w:rsidRDefault="00B30258">
            <w:r>
              <w:rPr>
                <w:b/>
              </w:rPr>
              <w:t>Skaits</w:t>
            </w:r>
          </w:p>
        </w:tc>
      </w:tr>
      <w:tr w:rsidR="00E107E5" w14:paraId="526CC9AB" w14:textId="77777777">
        <w:trPr>
          <w:jc w:val="center"/>
        </w:trPr>
        <w:tc>
          <w:tcPr>
            <w:tcW w:w="4873" w:type="dxa"/>
            <w:vAlign w:val="center"/>
          </w:tcPr>
          <w:p w14:paraId="2C2B11C1" w14:textId="77777777" w:rsidR="00E107E5" w:rsidRDefault="00B30258">
            <w:r>
              <w:t>Par</w:t>
            </w:r>
          </w:p>
        </w:tc>
        <w:tc>
          <w:tcPr>
            <w:tcW w:w="4873" w:type="dxa"/>
            <w:vAlign w:val="center"/>
          </w:tcPr>
          <w:p w14:paraId="0B54E1F2" w14:textId="77777777" w:rsidR="00E107E5" w:rsidRDefault="00B30258">
            <w:r>
              <w:t>______</w:t>
            </w:r>
          </w:p>
        </w:tc>
      </w:tr>
      <w:tr w:rsidR="00E107E5" w14:paraId="664FDB23" w14:textId="77777777">
        <w:trPr>
          <w:jc w:val="center"/>
        </w:trPr>
        <w:tc>
          <w:tcPr>
            <w:tcW w:w="4873" w:type="dxa"/>
            <w:vAlign w:val="center"/>
          </w:tcPr>
          <w:p w14:paraId="32818D46" w14:textId="77777777" w:rsidR="00E107E5" w:rsidRDefault="00B30258">
            <w:r>
              <w:t>Pret / Atturas</w:t>
            </w:r>
          </w:p>
        </w:tc>
        <w:tc>
          <w:tcPr>
            <w:tcW w:w="4873" w:type="dxa"/>
            <w:vAlign w:val="center"/>
          </w:tcPr>
          <w:p w14:paraId="2F157C57" w14:textId="77777777" w:rsidR="00E107E5" w:rsidRDefault="00B30258">
            <w:r>
              <w:t>______ / ______</w:t>
            </w:r>
          </w:p>
        </w:tc>
      </w:tr>
    </w:tbl>
    <w:p w14:paraId="2096BD23" w14:textId="77777777" w:rsidR="00E107E5" w:rsidRDefault="00E107E5"/>
    <w:p w14:paraId="51E29F03" w14:textId="62B43D67" w:rsidR="00E107E5" w:rsidRDefault="00B30258" w:rsidP="00B30258">
      <w:pPr>
        <w:jc w:val="both"/>
      </w:pPr>
      <w:proofErr w:type="spellStart"/>
      <w:r>
        <w:t>Dzīvokļu</w:t>
      </w:r>
      <w:proofErr w:type="spellEnd"/>
      <w:r>
        <w:t xml:space="preserve"> </w:t>
      </w:r>
      <w:proofErr w:type="spellStart"/>
      <w:r>
        <w:t>īpašnieku</w:t>
      </w:r>
      <w:proofErr w:type="spellEnd"/>
      <w:r>
        <w:t xml:space="preserve"> </w:t>
      </w:r>
      <w:proofErr w:type="spellStart"/>
      <w:r>
        <w:t>kopības</w:t>
      </w:r>
      <w:proofErr w:type="spellEnd"/>
      <w:r>
        <w:t xml:space="preserve"> </w:t>
      </w:r>
      <w:proofErr w:type="spellStart"/>
      <w:r>
        <w:t>pil</w:t>
      </w:r>
      <w:r>
        <w:t>nvarotā</w:t>
      </w:r>
      <w:proofErr w:type="spellEnd"/>
      <w:r>
        <w:t xml:space="preserve"> persona</w:t>
      </w:r>
      <w:r w:rsidR="002E723D">
        <w:t xml:space="preserve"> (</w:t>
      </w:r>
      <w:proofErr w:type="spellStart"/>
      <w:r w:rsidR="002E723D">
        <w:t>pārstāvis</w:t>
      </w:r>
      <w:proofErr w:type="spellEnd"/>
      <w:r w:rsidR="002E723D">
        <w:t>)</w:t>
      </w:r>
      <w:r>
        <w:t xml:space="preserve"> </w:t>
      </w:r>
      <w:proofErr w:type="spellStart"/>
      <w:r>
        <w:t>iesnieguma</w:t>
      </w:r>
      <w:proofErr w:type="spellEnd"/>
      <w:r>
        <w:t xml:space="preserve"> </w:t>
      </w:r>
      <w:proofErr w:type="spellStart"/>
      <w:r>
        <w:t>iesniegšanai</w:t>
      </w:r>
      <w:proofErr w:type="spellEnd"/>
      <w:r>
        <w:t xml:space="preserve"> SIA “Ķekavas nami”:</w:t>
      </w:r>
    </w:p>
    <w:p w14:paraId="7DFB11E0" w14:textId="1E3C4890" w:rsidR="00E107E5" w:rsidRDefault="00B30258">
      <w:proofErr w:type="spellStart"/>
      <w:r>
        <w:t>Vārds</w:t>
      </w:r>
      <w:proofErr w:type="spellEnd"/>
      <w:r>
        <w:t xml:space="preserve">, </w:t>
      </w:r>
      <w:proofErr w:type="spellStart"/>
      <w:r>
        <w:t>uzvārds</w:t>
      </w:r>
      <w:proofErr w:type="spellEnd"/>
      <w:r>
        <w:t>: ___________________________________________________</w:t>
      </w:r>
    </w:p>
    <w:p w14:paraId="23E9ABC6" w14:textId="259FB147" w:rsidR="00E107E5" w:rsidRDefault="00B30258">
      <w:proofErr w:type="spellStart"/>
      <w:r>
        <w:t>Dzīvokļa</w:t>
      </w:r>
      <w:proofErr w:type="spellEnd"/>
      <w:r>
        <w:t xml:space="preserve"> Nr: ______________________________________________________</w:t>
      </w:r>
      <w:bookmarkStart w:id="0" w:name="_GoBack"/>
      <w:bookmarkEnd w:id="0"/>
    </w:p>
    <w:p w14:paraId="566F85E6" w14:textId="0A9C889B" w:rsidR="00E107E5" w:rsidRDefault="00B30258">
      <w:proofErr w:type="spellStart"/>
      <w:r>
        <w:t>Tālrunis</w:t>
      </w:r>
      <w:proofErr w:type="spellEnd"/>
      <w:r>
        <w:t>: _________________________________________________________</w:t>
      </w:r>
    </w:p>
    <w:p w14:paraId="0F70A086" w14:textId="7163ADDF" w:rsidR="00E107E5" w:rsidRDefault="00B30258">
      <w:r>
        <w:t>E-pasts:  _________________________________________________________</w:t>
      </w:r>
    </w:p>
    <w:p w14:paraId="6ECAF198" w14:textId="4E436C63" w:rsidR="00E107E5" w:rsidRDefault="00B30258">
      <w:proofErr w:type="spellStart"/>
      <w:r>
        <w:t>Paraksts</w:t>
      </w:r>
      <w:proofErr w:type="spellEnd"/>
      <w:r>
        <w:t>: _________________________________________________________</w:t>
      </w:r>
    </w:p>
    <w:p w14:paraId="794C9B88" w14:textId="77777777" w:rsidR="00F006B4" w:rsidRDefault="00F006B4"/>
    <w:p w14:paraId="5B927E98" w14:textId="77777777" w:rsidR="00F006B4" w:rsidRDefault="00F006B4"/>
    <w:p w14:paraId="7AA347E8" w14:textId="77777777" w:rsidR="00E107E5" w:rsidRDefault="00B30258">
      <w:r>
        <w:rPr>
          <w:b/>
        </w:rPr>
        <w:t>Pielikums:</w:t>
      </w:r>
      <w:r>
        <w:t xml:space="preserve"> Dzīvokļu īpašnieku kopības balsošanas protokols / aptaujas rezultāti uz ____ lapām.</w:t>
      </w:r>
    </w:p>
    <w:sectPr w:rsidR="00E107E5" w:rsidSect="00034616">
      <w:pgSz w:w="12240" w:h="15840"/>
      <w:pgMar w:top="1020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00F18"/>
    <w:rsid w:val="0015074B"/>
    <w:rsid w:val="0029639D"/>
    <w:rsid w:val="002E723D"/>
    <w:rsid w:val="00326F90"/>
    <w:rsid w:val="006660CF"/>
    <w:rsid w:val="00AA1D8D"/>
    <w:rsid w:val="00B30258"/>
    <w:rsid w:val="00B47730"/>
    <w:rsid w:val="00CB0664"/>
    <w:rsid w:val="00E107E5"/>
    <w:rsid w:val="00F006B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90CFB8"/>
  <w14:defaultImageDpi w14:val="300"/>
  <w15:docId w15:val="{E46B042E-659A-460F-935F-443C69553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B0608F7-A3A9-4529-B71B-C16B6450FC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806</Words>
  <Characters>460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</cp:revision>
  <dcterms:created xsi:type="dcterms:W3CDTF">2026-09-30T09:42:00Z</dcterms:created>
  <dcterms:modified xsi:type="dcterms:W3CDTF">2026-09-30T09:42:00Z</dcterms:modified>
  <cp:category/>
</cp:coreProperties>
</file>